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C161F0" w14:textId="77777777" w:rsidR="009E3EA5" w:rsidRPr="00F2446C" w:rsidRDefault="0059769D">
      <w:pPr>
        <w:rPr>
          <w:lang w:val="it-IT"/>
        </w:rPr>
      </w:pPr>
      <w:r w:rsidRPr="00F2446C">
        <w:rPr>
          <w:lang w:val="it-IT"/>
        </w:rPr>
        <w:t>MOD. Genitori</w:t>
      </w:r>
    </w:p>
    <w:p w14:paraId="777A0C8A" w14:textId="77777777" w:rsidR="0059769D" w:rsidRPr="00AC03C8" w:rsidRDefault="0059769D" w:rsidP="0059769D">
      <w:pPr>
        <w:spacing w:after="0"/>
        <w:jc w:val="right"/>
        <w:rPr>
          <w:b/>
        </w:rPr>
      </w:pPr>
      <w:r w:rsidRPr="00AC03C8">
        <w:rPr>
          <w:b/>
        </w:rPr>
        <w:t xml:space="preserve">Al </w:t>
      </w:r>
      <w:proofErr w:type="spellStart"/>
      <w:r w:rsidRPr="00AC03C8">
        <w:rPr>
          <w:b/>
        </w:rPr>
        <w:t>Dirigente</w:t>
      </w:r>
      <w:proofErr w:type="spellEnd"/>
      <w:r w:rsidRPr="00AC03C8">
        <w:rPr>
          <w:b/>
        </w:rPr>
        <w:t xml:space="preserve"> </w:t>
      </w:r>
      <w:proofErr w:type="spellStart"/>
      <w:r w:rsidRPr="00AC03C8">
        <w:rPr>
          <w:b/>
        </w:rPr>
        <w:t>Scolastico</w:t>
      </w:r>
      <w:proofErr w:type="spellEnd"/>
      <w:r w:rsidRPr="00AC03C8">
        <w:rPr>
          <w:b/>
        </w:rPr>
        <w:t xml:space="preserve"> </w:t>
      </w:r>
    </w:p>
    <w:p w14:paraId="203FF116" w14:textId="77777777" w:rsidR="0059769D" w:rsidRPr="00AC03C8" w:rsidRDefault="0059769D" w:rsidP="0059769D">
      <w:pPr>
        <w:spacing w:after="0"/>
        <w:jc w:val="right"/>
        <w:rPr>
          <w:b/>
        </w:rPr>
      </w:pPr>
      <w:r w:rsidRPr="00AC03C8">
        <w:rPr>
          <w:b/>
        </w:rPr>
        <w:t>I.C. “A. MORO – DON TONINO BELLO”</w:t>
      </w:r>
    </w:p>
    <w:p w14:paraId="62D70A21" w14:textId="293C82FD" w:rsidR="009E3EA5" w:rsidRPr="00F2446C" w:rsidRDefault="0059769D" w:rsidP="0059769D">
      <w:pPr>
        <w:spacing w:after="240"/>
        <w:jc w:val="right"/>
        <w:rPr>
          <w:lang w:val="it-IT"/>
        </w:rPr>
      </w:pPr>
      <w:proofErr w:type="spellStart"/>
      <w:r w:rsidRPr="00AC03C8">
        <w:rPr>
          <w:b/>
        </w:rPr>
        <w:t>Rutigliano</w:t>
      </w:r>
      <w:proofErr w:type="spellEnd"/>
      <w:r w:rsidRPr="00AC03C8">
        <w:rPr>
          <w:b/>
        </w:rPr>
        <w:t xml:space="preserve"> – BA</w:t>
      </w:r>
    </w:p>
    <w:p w14:paraId="6EAC7AF0" w14:textId="198A962C" w:rsidR="009E3EA5" w:rsidRPr="00F2446C" w:rsidRDefault="0059769D">
      <w:pPr>
        <w:spacing w:after="240"/>
        <w:rPr>
          <w:lang w:val="it-IT"/>
        </w:rPr>
      </w:pPr>
      <w:r w:rsidRPr="00F2446C">
        <w:rPr>
          <w:b/>
          <w:lang w:val="it-IT"/>
        </w:rPr>
        <w:t>Oggetto: Consegna documenti infortunio</w:t>
      </w:r>
      <w:r w:rsidR="00F2446C" w:rsidRPr="00F2446C">
        <w:rPr>
          <w:b/>
          <w:lang w:val="it-IT"/>
        </w:rPr>
        <w:t xml:space="preserve"> per assicurazione</w:t>
      </w:r>
      <w:r w:rsidRPr="00F2446C">
        <w:rPr>
          <w:b/>
          <w:lang w:val="it-IT"/>
        </w:rPr>
        <w:t>.</w:t>
      </w:r>
    </w:p>
    <w:p w14:paraId="69F5390E" w14:textId="77777777" w:rsidR="009E3EA5" w:rsidRPr="00F2446C" w:rsidRDefault="0059769D">
      <w:pPr>
        <w:rPr>
          <w:lang w:val="it-IT"/>
        </w:rPr>
      </w:pPr>
      <w:r w:rsidRPr="00F2446C">
        <w:rPr>
          <w:lang w:val="it-IT"/>
        </w:rPr>
        <w:t>I sottoscritti _________________________</w:t>
      </w:r>
      <w:proofErr w:type="gramStart"/>
      <w:r w:rsidRPr="00F2446C">
        <w:rPr>
          <w:lang w:val="it-IT"/>
        </w:rPr>
        <w:t>_  _</w:t>
      </w:r>
      <w:proofErr w:type="gramEnd"/>
      <w:r w:rsidRPr="00F2446C">
        <w:rPr>
          <w:lang w:val="it-IT"/>
        </w:rPr>
        <w:t>_________________________ genitori</w:t>
      </w:r>
    </w:p>
    <w:p w14:paraId="7F9AAF44" w14:textId="77777777" w:rsidR="009E3EA5" w:rsidRPr="00F2446C" w:rsidRDefault="0059769D">
      <w:pPr>
        <w:rPr>
          <w:lang w:val="it-IT"/>
        </w:rPr>
      </w:pPr>
      <w:r w:rsidRPr="00F2446C">
        <w:rPr>
          <w:lang w:val="it-IT"/>
        </w:rPr>
        <w:t xml:space="preserve">dell’alunno/a __________________________ nato/a </w:t>
      </w:r>
      <w:proofErr w:type="spellStart"/>
      <w:r w:rsidRPr="00F2446C">
        <w:rPr>
          <w:lang w:val="it-IT"/>
        </w:rPr>
        <w:t>a</w:t>
      </w:r>
      <w:proofErr w:type="spellEnd"/>
      <w:r w:rsidRPr="00F2446C">
        <w:rPr>
          <w:lang w:val="it-IT"/>
        </w:rPr>
        <w:t xml:space="preserve"> ______________________________</w:t>
      </w:r>
    </w:p>
    <w:p w14:paraId="6C42B418" w14:textId="77777777" w:rsidR="009E3EA5" w:rsidRPr="00F2446C" w:rsidRDefault="0059769D">
      <w:pPr>
        <w:rPr>
          <w:lang w:val="it-IT"/>
        </w:rPr>
      </w:pPr>
      <w:r w:rsidRPr="00F2446C">
        <w:rPr>
          <w:lang w:val="it-IT"/>
        </w:rPr>
        <w:t>il ______________, residente a _____________________ Prov. _____ CAP __________</w:t>
      </w:r>
    </w:p>
    <w:p w14:paraId="5603E83D" w14:textId="77777777" w:rsidR="009E3EA5" w:rsidRPr="00F2446C" w:rsidRDefault="0059769D">
      <w:pPr>
        <w:rPr>
          <w:lang w:val="it-IT"/>
        </w:rPr>
      </w:pPr>
      <w:r w:rsidRPr="00F2446C">
        <w:rPr>
          <w:lang w:val="it-IT"/>
        </w:rPr>
        <w:t>Via ________________________________________ tel. __________________________</w:t>
      </w:r>
    </w:p>
    <w:p w14:paraId="6EF15F2C" w14:textId="77777777" w:rsidR="009E3EA5" w:rsidRPr="00F2446C" w:rsidRDefault="0059769D">
      <w:pPr>
        <w:rPr>
          <w:lang w:val="it-IT"/>
        </w:rPr>
      </w:pPr>
      <w:r w:rsidRPr="00F2446C">
        <w:rPr>
          <w:lang w:val="it-IT"/>
        </w:rPr>
        <w:t>e-mail ___________</w:t>
      </w:r>
      <w:r w:rsidRPr="00F2446C">
        <w:rPr>
          <w:lang w:val="it-IT"/>
        </w:rPr>
        <w:t>_______________________________ frequentante nell’anno</w:t>
      </w:r>
    </w:p>
    <w:p w14:paraId="3CDD1438" w14:textId="0D19F966" w:rsidR="009E3EA5" w:rsidRDefault="0059769D" w:rsidP="0059769D">
      <w:pPr>
        <w:spacing w:after="160"/>
        <w:rPr>
          <w:lang w:val="it-IT"/>
        </w:rPr>
      </w:pPr>
      <w:r w:rsidRPr="00F2446C">
        <w:rPr>
          <w:lang w:val="it-IT"/>
        </w:rPr>
        <w:t>scolastico 20____/20____ la classe ______ sez. ______ scuola: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116"/>
        <w:gridCol w:w="2113"/>
        <w:gridCol w:w="2117"/>
        <w:gridCol w:w="1907"/>
        <w:gridCol w:w="2331"/>
      </w:tblGrid>
      <w:tr w:rsidR="0059769D" w14:paraId="16D1C7E0" w14:textId="77777777" w:rsidTr="00A36E38">
        <w:trPr>
          <w:trHeight w:val="484"/>
        </w:trPr>
        <w:tc>
          <w:tcPr>
            <w:tcW w:w="1000" w:type="pct"/>
          </w:tcPr>
          <w:p w14:paraId="67A70940" w14:textId="77777777" w:rsidR="0059769D" w:rsidRDefault="0059769D" w:rsidP="00A36E38">
            <w:pPr>
              <w:jc w:val="center"/>
            </w:pPr>
            <w:r>
              <w:rPr>
                <w:rFonts w:cstheme="minorHAnsi"/>
              </w:rPr>
              <w:t>□</w:t>
            </w:r>
            <w:r>
              <w:t xml:space="preserve"> INFANZIA</w:t>
            </w:r>
          </w:p>
          <w:p w14:paraId="0E1AD4AA" w14:textId="77777777" w:rsidR="0059769D" w:rsidRDefault="0059769D" w:rsidP="00A36E38">
            <w:pPr>
              <w:jc w:val="center"/>
            </w:pPr>
            <w:r>
              <w:t>“</w:t>
            </w:r>
            <w:proofErr w:type="spellStart"/>
            <w:r>
              <w:t>L.Rossi</w:t>
            </w:r>
            <w:proofErr w:type="spellEnd"/>
            <w:r>
              <w:t>”</w:t>
            </w:r>
          </w:p>
        </w:tc>
        <w:tc>
          <w:tcPr>
            <w:tcW w:w="998" w:type="pct"/>
          </w:tcPr>
          <w:p w14:paraId="365D2D43" w14:textId="77777777" w:rsidR="0059769D" w:rsidRDefault="0059769D" w:rsidP="00A36E38">
            <w:pPr>
              <w:jc w:val="center"/>
            </w:pPr>
            <w:r>
              <w:rPr>
                <w:rFonts w:cstheme="minorHAnsi"/>
              </w:rPr>
              <w:t>□</w:t>
            </w:r>
            <w:r>
              <w:t xml:space="preserve"> INFANZIA</w:t>
            </w:r>
          </w:p>
          <w:p w14:paraId="2F9E4353" w14:textId="77777777" w:rsidR="0059769D" w:rsidRDefault="0059769D" w:rsidP="00A36E38">
            <w:pPr>
              <w:jc w:val="center"/>
            </w:pPr>
            <w:r>
              <w:t xml:space="preserve">“M. </w:t>
            </w:r>
            <w:proofErr w:type="spellStart"/>
            <w:r>
              <w:t>Ventre</w:t>
            </w:r>
            <w:proofErr w:type="spellEnd"/>
            <w:r>
              <w:t>”</w:t>
            </w:r>
          </w:p>
        </w:tc>
        <w:tc>
          <w:tcPr>
            <w:tcW w:w="1000" w:type="pct"/>
          </w:tcPr>
          <w:p w14:paraId="658994C7" w14:textId="77777777" w:rsidR="0059769D" w:rsidRDefault="0059769D" w:rsidP="00A36E38">
            <w:pPr>
              <w:jc w:val="center"/>
            </w:pPr>
            <w:r>
              <w:rPr>
                <w:rFonts w:cstheme="minorHAnsi"/>
              </w:rPr>
              <w:t>□</w:t>
            </w:r>
            <w:r>
              <w:t xml:space="preserve"> INFANZIA</w:t>
            </w:r>
          </w:p>
          <w:p w14:paraId="6A1D7706" w14:textId="77777777" w:rsidR="0059769D" w:rsidRDefault="0059769D" w:rsidP="00A36E38">
            <w:pPr>
              <w:jc w:val="center"/>
              <w:rPr>
                <w:rFonts w:cstheme="minorHAnsi"/>
              </w:rPr>
            </w:pPr>
            <w:r>
              <w:t>“M.T.C. Calcutta”</w:t>
            </w:r>
          </w:p>
        </w:tc>
        <w:tc>
          <w:tcPr>
            <w:tcW w:w="901" w:type="pct"/>
          </w:tcPr>
          <w:p w14:paraId="076C0E21" w14:textId="77777777" w:rsidR="0059769D" w:rsidRDefault="0059769D" w:rsidP="00A36E3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□ PRIMARIA</w:t>
            </w:r>
          </w:p>
          <w:p w14:paraId="5766BF82" w14:textId="77777777" w:rsidR="0059769D" w:rsidRDefault="0059769D" w:rsidP="00A36E38">
            <w:pPr>
              <w:jc w:val="center"/>
            </w:pPr>
            <w:r>
              <w:rPr>
                <w:rFonts w:cstheme="minorHAnsi"/>
              </w:rPr>
              <w:t>“</w:t>
            </w:r>
            <w:proofErr w:type="spellStart"/>
            <w:r>
              <w:rPr>
                <w:rFonts w:cstheme="minorHAnsi"/>
              </w:rPr>
              <w:t>A.Moro</w:t>
            </w:r>
            <w:proofErr w:type="spellEnd"/>
            <w:r>
              <w:rPr>
                <w:rFonts w:cstheme="minorHAnsi"/>
              </w:rPr>
              <w:t>”</w:t>
            </w:r>
          </w:p>
        </w:tc>
        <w:tc>
          <w:tcPr>
            <w:tcW w:w="1101" w:type="pct"/>
          </w:tcPr>
          <w:p w14:paraId="1BCDCEEC" w14:textId="77777777" w:rsidR="0059769D" w:rsidRDefault="0059769D" w:rsidP="00A36E3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□ SECONDARIA</w:t>
            </w:r>
          </w:p>
          <w:p w14:paraId="4187EE67" w14:textId="77777777" w:rsidR="0059769D" w:rsidRDefault="0059769D" w:rsidP="00A36E38">
            <w:pPr>
              <w:jc w:val="center"/>
            </w:pPr>
            <w:r>
              <w:t xml:space="preserve">“Don </w:t>
            </w:r>
            <w:proofErr w:type="spellStart"/>
            <w:r>
              <w:t>Tonino</w:t>
            </w:r>
            <w:proofErr w:type="spellEnd"/>
            <w:r>
              <w:t xml:space="preserve"> Bello”</w:t>
            </w:r>
          </w:p>
        </w:tc>
      </w:tr>
    </w:tbl>
    <w:p w14:paraId="38816DEF" w14:textId="58634649" w:rsidR="0059769D" w:rsidRDefault="0059769D">
      <w:pPr>
        <w:rPr>
          <w:lang w:val="it-IT"/>
        </w:rPr>
      </w:pPr>
    </w:p>
    <w:p w14:paraId="0CEEE6CF" w14:textId="77777777" w:rsidR="009E3EA5" w:rsidRPr="00F2446C" w:rsidRDefault="0059769D">
      <w:pPr>
        <w:spacing w:after="240"/>
        <w:jc w:val="center"/>
        <w:rPr>
          <w:lang w:val="it-IT"/>
        </w:rPr>
      </w:pPr>
      <w:r w:rsidRPr="00F2446C">
        <w:rPr>
          <w:b/>
          <w:lang w:val="it-IT"/>
        </w:rPr>
        <w:t>D I C H I A R A N O</w:t>
      </w:r>
    </w:p>
    <w:p w14:paraId="441947E0" w14:textId="77777777" w:rsidR="009E3EA5" w:rsidRPr="00F2446C" w:rsidRDefault="0059769D">
      <w:pPr>
        <w:rPr>
          <w:lang w:val="it-IT"/>
        </w:rPr>
      </w:pPr>
      <w:r w:rsidRPr="00F2446C">
        <w:rPr>
          <w:lang w:val="it-IT"/>
        </w:rPr>
        <w:t>di consegnare in da</w:t>
      </w:r>
      <w:r w:rsidRPr="00F2446C">
        <w:rPr>
          <w:lang w:val="it-IT"/>
        </w:rPr>
        <w:t>ta odierna ______________ alle ore __________ i seguenti documenti afferenti</w:t>
      </w:r>
    </w:p>
    <w:p w14:paraId="18E72A74" w14:textId="77777777" w:rsidR="009E3EA5" w:rsidRPr="00F2446C" w:rsidRDefault="0059769D">
      <w:pPr>
        <w:rPr>
          <w:lang w:val="it-IT"/>
        </w:rPr>
      </w:pPr>
      <w:r w:rsidRPr="00F2446C">
        <w:rPr>
          <w:lang w:val="it-IT"/>
        </w:rPr>
        <w:t>l’infortunio del/la proprio/a figlio/a, occorso in data __________________ per:</w:t>
      </w:r>
    </w:p>
    <w:p w14:paraId="775461F4" w14:textId="77777777" w:rsidR="009E3EA5" w:rsidRPr="00F2446C" w:rsidRDefault="0059769D">
      <w:pPr>
        <w:spacing w:after="240"/>
        <w:rPr>
          <w:lang w:val="it-IT"/>
        </w:rPr>
      </w:pPr>
      <w:r w:rsidRPr="00F2446C">
        <w:rPr>
          <w:lang w:val="it-IT"/>
        </w:rPr>
        <w:t>☐</w:t>
      </w:r>
      <w:r w:rsidRPr="00F2446C">
        <w:rPr>
          <w:lang w:val="it-IT"/>
        </w:rPr>
        <w:t xml:space="preserve"> APERTURA SINISTRO     ☐ PROSEGUO SINISTRO     ☐ CHIUSURA SINISTRO</w:t>
      </w:r>
    </w:p>
    <w:p w14:paraId="7B3EC838" w14:textId="77777777" w:rsidR="009E3EA5" w:rsidRPr="00F2446C" w:rsidRDefault="0059769D">
      <w:pPr>
        <w:spacing w:after="180"/>
        <w:rPr>
          <w:lang w:val="it-IT"/>
        </w:rPr>
      </w:pPr>
      <w:proofErr w:type="gramStart"/>
      <w:r w:rsidRPr="00F2446C">
        <w:rPr>
          <w:lang w:val="it-IT"/>
        </w:rPr>
        <w:t>☐</w:t>
      </w:r>
      <w:r w:rsidRPr="00F2446C">
        <w:rPr>
          <w:lang w:val="it-IT"/>
        </w:rPr>
        <w:t xml:space="preserve">  Relazione</w:t>
      </w:r>
      <w:proofErr w:type="gramEnd"/>
      <w:r w:rsidRPr="00F2446C">
        <w:rPr>
          <w:lang w:val="it-IT"/>
        </w:rPr>
        <w:t xml:space="preserve"> di pronto soccorso</w:t>
      </w:r>
      <w:r w:rsidRPr="00F2446C">
        <w:rPr>
          <w:lang w:val="it-IT"/>
        </w:rPr>
        <w:t>;</w:t>
      </w:r>
    </w:p>
    <w:p w14:paraId="329412D7" w14:textId="77777777" w:rsidR="009E3EA5" w:rsidRPr="00F2446C" w:rsidRDefault="0059769D">
      <w:pPr>
        <w:spacing w:after="180"/>
        <w:rPr>
          <w:lang w:val="it-IT"/>
        </w:rPr>
      </w:pPr>
      <w:proofErr w:type="gramStart"/>
      <w:r w:rsidRPr="00F2446C">
        <w:rPr>
          <w:lang w:val="it-IT"/>
        </w:rPr>
        <w:t>☐</w:t>
      </w:r>
      <w:r w:rsidRPr="00F2446C">
        <w:rPr>
          <w:lang w:val="it-IT"/>
        </w:rPr>
        <w:t xml:space="preserve">  Certificato</w:t>
      </w:r>
      <w:proofErr w:type="gramEnd"/>
      <w:r w:rsidRPr="00F2446C">
        <w:rPr>
          <w:lang w:val="it-IT"/>
        </w:rPr>
        <w:t xml:space="preserve"> del reparto di __________________________________________________</w:t>
      </w:r>
    </w:p>
    <w:p w14:paraId="75A39DBD" w14:textId="77777777" w:rsidR="009E3EA5" w:rsidRPr="00F2446C" w:rsidRDefault="0059769D">
      <w:pPr>
        <w:spacing w:after="180"/>
        <w:rPr>
          <w:lang w:val="it-IT"/>
        </w:rPr>
      </w:pPr>
      <w:proofErr w:type="gramStart"/>
      <w:r w:rsidRPr="00F2446C">
        <w:rPr>
          <w:lang w:val="it-IT"/>
        </w:rPr>
        <w:t>☐</w:t>
      </w:r>
      <w:r w:rsidRPr="00F2446C">
        <w:rPr>
          <w:lang w:val="it-IT"/>
        </w:rPr>
        <w:t xml:space="preserve">  Fattura</w:t>
      </w:r>
      <w:proofErr w:type="gramEnd"/>
      <w:r w:rsidRPr="00F2446C">
        <w:rPr>
          <w:lang w:val="it-IT"/>
        </w:rPr>
        <w:t>/Ricevuta fiscale ditta _______________________________________________</w:t>
      </w:r>
    </w:p>
    <w:p w14:paraId="20E7617C" w14:textId="77777777" w:rsidR="009E3EA5" w:rsidRPr="00F2446C" w:rsidRDefault="0059769D">
      <w:pPr>
        <w:spacing w:after="180"/>
        <w:rPr>
          <w:lang w:val="it-IT"/>
        </w:rPr>
      </w:pPr>
      <w:r w:rsidRPr="00F2446C">
        <w:rPr>
          <w:lang w:val="it-IT"/>
        </w:rPr>
        <w:t>☐</w:t>
      </w:r>
      <w:r w:rsidRPr="00F2446C">
        <w:rPr>
          <w:lang w:val="it-IT"/>
        </w:rPr>
        <w:t xml:space="preserve">  ______________________________________________________________________</w:t>
      </w:r>
    </w:p>
    <w:p w14:paraId="67939568" w14:textId="77777777" w:rsidR="009E3EA5" w:rsidRPr="00F2446C" w:rsidRDefault="0059769D">
      <w:pPr>
        <w:spacing w:after="180"/>
        <w:rPr>
          <w:lang w:val="it-IT"/>
        </w:rPr>
      </w:pPr>
      <w:r w:rsidRPr="00F2446C">
        <w:rPr>
          <w:lang w:val="it-IT"/>
        </w:rPr>
        <w:t>☐</w:t>
      </w:r>
      <w:r w:rsidRPr="00F2446C">
        <w:rPr>
          <w:lang w:val="it-IT"/>
        </w:rPr>
        <w:t xml:space="preserve">  </w:t>
      </w:r>
      <w:r w:rsidRPr="00F2446C">
        <w:rPr>
          <w:lang w:val="it-IT"/>
        </w:rPr>
        <w:t>______________________________________________________________________</w:t>
      </w:r>
    </w:p>
    <w:p w14:paraId="23D79BF0" w14:textId="77777777" w:rsidR="009E3EA5" w:rsidRPr="00F2446C" w:rsidRDefault="0059769D">
      <w:pPr>
        <w:spacing w:after="180"/>
        <w:rPr>
          <w:lang w:val="it-IT"/>
        </w:rPr>
      </w:pPr>
      <w:r w:rsidRPr="00F2446C">
        <w:rPr>
          <w:lang w:val="it-IT"/>
        </w:rPr>
        <w:t>☐</w:t>
      </w:r>
      <w:r w:rsidRPr="00F2446C">
        <w:rPr>
          <w:lang w:val="it-IT"/>
        </w:rPr>
        <w:t xml:space="preserve">  ______________________________________________________________________</w:t>
      </w:r>
    </w:p>
    <w:p w14:paraId="218601E8" w14:textId="77777777" w:rsidR="009E3EA5" w:rsidRPr="00F2446C" w:rsidRDefault="0059769D">
      <w:pPr>
        <w:rPr>
          <w:lang w:val="it-IT"/>
        </w:rPr>
      </w:pPr>
      <w:r w:rsidRPr="00F2446C">
        <w:rPr>
          <w:lang w:val="it-IT"/>
        </w:rPr>
        <w:t xml:space="preserve">I Sottoscritti, ai sensi del </w:t>
      </w:r>
      <w:proofErr w:type="spellStart"/>
      <w:r w:rsidRPr="00F2446C">
        <w:rPr>
          <w:lang w:val="it-IT"/>
        </w:rPr>
        <w:t>D.Lgs.</w:t>
      </w:r>
      <w:proofErr w:type="spellEnd"/>
      <w:r w:rsidRPr="00F2446C">
        <w:rPr>
          <w:lang w:val="it-IT"/>
        </w:rPr>
        <w:t xml:space="preserve"> n. 196 del 30/06/2003, autorizzano l’amministrazione scolastica al trattame</w:t>
      </w:r>
      <w:r w:rsidRPr="00F2446C">
        <w:rPr>
          <w:lang w:val="it-IT"/>
        </w:rPr>
        <w:t>nto dati per le finalità strettamente connesse alla gestione della pratica di infortunio.</w:t>
      </w:r>
    </w:p>
    <w:p w14:paraId="2D03F235" w14:textId="06C5E654" w:rsidR="009E3EA5" w:rsidRPr="00F2446C" w:rsidRDefault="0059769D" w:rsidP="0059769D">
      <w:pPr>
        <w:spacing w:after="0"/>
        <w:rPr>
          <w:lang w:val="it-IT"/>
        </w:rPr>
      </w:pPr>
      <w:r>
        <w:rPr>
          <w:lang w:val="it-IT"/>
        </w:rPr>
        <w:t>Rutigliano</w:t>
      </w:r>
      <w:r w:rsidRPr="00F2446C">
        <w:rPr>
          <w:lang w:val="it-IT"/>
        </w:rPr>
        <w:t>, __________________</w:t>
      </w:r>
    </w:p>
    <w:p w14:paraId="0B6F9554" w14:textId="77777777" w:rsidR="009E3EA5" w:rsidRPr="00F2446C" w:rsidRDefault="0059769D">
      <w:pPr>
        <w:spacing w:after="240"/>
        <w:jc w:val="right"/>
        <w:rPr>
          <w:lang w:val="it-IT"/>
        </w:rPr>
      </w:pPr>
      <w:r w:rsidRPr="00F2446C">
        <w:rPr>
          <w:lang w:val="it-IT"/>
        </w:rPr>
        <w:t>Firma</w:t>
      </w:r>
      <w:r w:rsidRPr="00F2446C">
        <w:rPr>
          <w:lang w:val="it-IT"/>
        </w:rPr>
        <w:br/>
      </w:r>
      <w:r w:rsidRPr="00F2446C">
        <w:rPr>
          <w:lang w:val="it-IT"/>
        </w:rPr>
        <w:br/>
        <w:t>__________________________________</w:t>
      </w:r>
      <w:r w:rsidRPr="00F2446C">
        <w:rPr>
          <w:lang w:val="it-IT"/>
        </w:rPr>
        <w:br/>
      </w:r>
      <w:r w:rsidRPr="00F2446C">
        <w:rPr>
          <w:lang w:val="it-IT"/>
        </w:rPr>
        <w:br/>
        <w:t>__________________________________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68"/>
      </w:tblGrid>
      <w:tr w:rsidR="009E3EA5" w:rsidRPr="00F2446C" w14:paraId="4139AF19" w14:textId="77777777">
        <w:tc>
          <w:tcPr>
            <w:tcW w:w="10368" w:type="dxa"/>
          </w:tcPr>
          <w:p w14:paraId="52C06239" w14:textId="77777777" w:rsidR="009E3EA5" w:rsidRPr="00F2446C" w:rsidRDefault="0059769D">
            <w:pPr>
              <w:spacing w:after="80"/>
              <w:rPr>
                <w:lang w:val="it-IT"/>
              </w:rPr>
            </w:pPr>
            <w:r w:rsidRPr="00F2446C">
              <w:rPr>
                <w:b/>
                <w:sz w:val="20"/>
                <w:lang w:val="it-IT"/>
              </w:rPr>
              <w:t>“Il sottoscritto, consapevole delle conseguenze amministrat</w:t>
            </w:r>
            <w:r w:rsidRPr="00F2446C">
              <w:rPr>
                <w:b/>
                <w:sz w:val="20"/>
                <w:lang w:val="it-IT"/>
              </w:rPr>
              <w:t>ive e penali per chi rilasci dichiarazioni non corrispondenti a verità, ai sensi del DPR 245/2000, dichiara di aver effettuato la scelta/richiesta in osservanza delle disposizioni sulla responsabilità genitoriale di cui agli artt. 316, 337 ter e 337 quater</w:t>
            </w:r>
            <w:r w:rsidRPr="00F2446C">
              <w:rPr>
                <w:b/>
                <w:sz w:val="20"/>
                <w:lang w:val="it-IT"/>
              </w:rPr>
              <w:t xml:space="preserve"> del codice civile, che richiedono il consenso di entrambi i genitori”.</w:t>
            </w:r>
          </w:p>
          <w:p w14:paraId="39851314" w14:textId="659D32B0" w:rsidR="009E3EA5" w:rsidRPr="00F2446C" w:rsidRDefault="0059769D">
            <w:pPr>
              <w:spacing w:after="40"/>
              <w:rPr>
                <w:lang w:val="it-IT"/>
              </w:rPr>
            </w:pPr>
            <w:r>
              <w:rPr>
                <w:lang w:val="it-IT"/>
              </w:rPr>
              <w:t>Rutigliano</w:t>
            </w:r>
            <w:r w:rsidRPr="00F2446C">
              <w:rPr>
                <w:lang w:val="it-IT"/>
              </w:rPr>
              <w:t>, __________________     Firma __________________________________</w:t>
            </w:r>
          </w:p>
        </w:tc>
      </w:tr>
    </w:tbl>
    <w:p w14:paraId="5CFF1AD6" w14:textId="77777777" w:rsidR="00AD1DBF" w:rsidRPr="00F2446C" w:rsidRDefault="00AD1DBF">
      <w:pPr>
        <w:rPr>
          <w:lang w:val="it-IT"/>
        </w:rPr>
      </w:pPr>
      <w:bookmarkStart w:id="0" w:name="_GoBack"/>
      <w:bookmarkEnd w:id="0"/>
    </w:p>
    <w:sectPr w:rsidR="00AD1DBF" w:rsidRPr="00F2446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769D"/>
    <w:rsid w:val="009E3EA5"/>
    <w:rsid w:val="00AA1D8D"/>
    <w:rsid w:val="00AD1DBF"/>
    <w:rsid w:val="00B47730"/>
    <w:rsid w:val="00CB0664"/>
    <w:rsid w:val="00E13C88"/>
    <w:rsid w:val="00F244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8EEF13"/>
  <w14:defaultImageDpi w14:val="300"/>
  <w15:docId w15:val="{B9F9ED44-59B7-4A4A-9678-653E05FF5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20" w:line="240" w:lineRule="auto"/>
    </w:pPr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4314D1-98AD-4FF0-94EA-D91E3217E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291</Words>
  <Characters>1892</Characters>
  <Application>Microsoft Office Word</Application>
  <DocSecurity>0</DocSecurity>
  <Lines>31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chiaritoanna@gmail.com</cp:lastModifiedBy>
  <cp:revision>3</cp:revision>
  <dcterms:created xsi:type="dcterms:W3CDTF">2013-12-23T23:15:00Z</dcterms:created>
  <dcterms:modified xsi:type="dcterms:W3CDTF">2026-09-29T15:51:00Z</dcterms:modified>
  <cp:category/>
</cp:coreProperties>
</file>