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70F86" w14:textId="77777777" w:rsidR="0030785E" w:rsidRPr="00AC03C8" w:rsidRDefault="0030785E" w:rsidP="0030785E">
      <w:pPr>
        <w:spacing w:after="0"/>
        <w:jc w:val="right"/>
        <w:rPr>
          <w:b/>
        </w:rPr>
      </w:pPr>
      <w:r w:rsidRPr="00AC03C8">
        <w:rPr>
          <w:b/>
        </w:rPr>
        <w:t xml:space="preserve">Al </w:t>
      </w:r>
      <w:proofErr w:type="spellStart"/>
      <w:r w:rsidRPr="00AC03C8">
        <w:rPr>
          <w:b/>
        </w:rPr>
        <w:t>Dirigente</w:t>
      </w:r>
      <w:proofErr w:type="spellEnd"/>
      <w:r w:rsidRPr="00AC03C8">
        <w:rPr>
          <w:b/>
        </w:rPr>
        <w:t xml:space="preserve"> </w:t>
      </w:r>
      <w:proofErr w:type="spellStart"/>
      <w:r w:rsidRPr="00AC03C8">
        <w:rPr>
          <w:b/>
        </w:rPr>
        <w:t>Scolastico</w:t>
      </w:r>
      <w:proofErr w:type="spellEnd"/>
      <w:r w:rsidRPr="00AC03C8">
        <w:rPr>
          <w:b/>
        </w:rPr>
        <w:t xml:space="preserve"> </w:t>
      </w:r>
    </w:p>
    <w:p w14:paraId="220B542F" w14:textId="77777777" w:rsidR="0030785E" w:rsidRPr="00AC03C8" w:rsidRDefault="0030785E" w:rsidP="0030785E">
      <w:pPr>
        <w:spacing w:after="0"/>
        <w:jc w:val="right"/>
        <w:rPr>
          <w:b/>
        </w:rPr>
      </w:pPr>
      <w:r w:rsidRPr="00AC03C8">
        <w:rPr>
          <w:b/>
        </w:rPr>
        <w:t>I.C. “A. MORO – DON TONINO BELLO”</w:t>
      </w:r>
    </w:p>
    <w:p w14:paraId="4F25AF99" w14:textId="77777777" w:rsidR="0030785E" w:rsidRDefault="0030785E" w:rsidP="0030785E">
      <w:pPr>
        <w:spacing w:after="240"/>
        <w:jc w:val="right"/>
        <w:rPr>
          <w:b/>
          <w:lang w:val="it-IT"/>
        </w:rPr>
      </w:pPr>
      <w:proofErr w:type="spellStart"/>
      <w:r w:rsidRPr="00AC03C8">
        <w:rPr>
          <w:b/>
        </w:rPr>
        <w:t>Rutigliano</w:t>
      </w:r>
      <w:proofErr w:type="spellEnd"/>
      <w:r w:rsidRPr="00AC03C8">
        <w:rPr>
          <w:b/>
        </w:rPr>
        <w:t xml:space="preserve"> – BA</w:t>
      </w:r>
      <w:r w:rsidRPr="00777222">
        <w:rPr>
          <w:b/>
          <w:lang w:val="it-IT"/>
        </w:rPr>
        <w:t xml:space="preserve"> </w:t>
      </w:r>
    </w:p>
    <w:p w14:paraId="4C16B05A" w14:textId="3625471B" w:rsidR="00D34853" w:rsidRPr="00777222" w:rsidRDefault="0030785E" w:rsidP="0030785E">
      <w:pPr>
        <w:spacing w:after="240"/>
        <w:rPr>
          <w:lang w:val="it-IT"/>
        </w:rPr>
      </w:pPr>
      <w:r w:rsidRPr="00777222">
        <w:rPr>
          <w:b/>
          <w:lang w:val="it-IT"/>
        </w:rPr>
        <w:t xml:space="preserve">Oggetto: Riammissione a scuola dell’alunno dopo </w:t>
      </w:r>
      <w:r w:rsidR="00AB522D">
        <w:rPr>
          <w:b/>
          <w:lang w:val="it-IT"/>
        </w:rPr>
        <w:t>infortunio</w:t>
      </w:r>
    </w:p>
    <w:p w14:paraId="1D785958" w14:textId="77777777" w:rsidR="00D34853" w:rsidRPr="00777222" w:rsidRDefault="0030785E">
      <w:pPr>
        <w:rPr>
          <w:lang w:val="it-IT"/>
        </w:rPr>
      </w:pPr>
      <w:r w:rsidRPr="00777222">
        <w:rPr>
          <w:lang w:val="it-IT"/>
        </w:rPr>
        <w:t>I sottoscritti _________________________</w:t>
      </w:r>
      <w:proofErr w:type="gramStart"/>
      <w:r w:rsidRPr="00777222">
        <w:rPr>
          <w:lang w:val="it-IT"/>
        </w:rPr>
        <w:t>_  _</w:t>
      </w:r>
      <w:proofErr w:type="gramEnd"/>
      <w:r w:rsidRPr="00777222">
        <w:rPr>
          <w:lang w:val="it-IT"/>
        </w:rPr>
        <w:t>_________________________ genitori</w:t>
      </w:r>
    </w:p>
    <w:p w14:paraId="2D0846FB" w14:textId="77777777" w:rsidR="00D34853" w:rsidRPr="00777222" w:rsidRDefault="0030785E">
      <w:pPr>
        <w:rPr>
          <w:lang w:val="it-IT"/>
        </w:rPr>
      </w:pPr>
      <w:r w:rsidRPr="00777222">
        <w:rPr>
          <w:lang w:val="it-IT"/>
        </w:rPr>
        <w:t xml:space="preserve">dell’alunno/a </w:t>
      </w:r>
      <w:r w:rsidRPr="00777222">
        <w:rPr>
          <w:lang w:val="it-IT"/>
        </w:rPr>
        <w:t xml:space="preserve">__________________________ nato/a </w:t>
      </w:r>
      <w:proofErr w:type="spellStart"/>
      <w:r w:rsidRPr="00777222">
        <w:rPr>
          <w:lang w:val="it-IT"/>
        </w:rPr>
        <w:t>a</w:t>
      </w:r>
      <w:proofErr w:type="spellEnd"/>
      <w:r w:rsidRPr="00777222">
        <w:rPr>
          <w:lang w:val="it-IT"/>
        </w:rPr>
        <w:t xml:space="preserve"> _____________________ </w:t>
      </w:r>
      <w:proofErr w:type="spellStart"/>
      <w:r w:rsidRPr="00777222">
        <w:rPr>
          <w:lang w:val="it-IT"/>
        </w:rPr>
        <w:t>prov</w:t>
      </w:r>
      <w:proofErr w:type="spellEnd"/>
      <w:r w:rsidRPr="00777222">
        <w:rPr>
          <w:lang w:val="it-IT"/>
        </w:rPr>
        <w:t>. ____</w:t>
      </w:r>
    </w:p>
    <w:p w14:paraId="3197E5FF" w14:textId="73CE63C9" w:rsidR="00D34853" w:rsidRDefault="0030785E" w:rsidP="0030785E">
      <w:pPr>
        <w:spacing w:after="240"/>
        <w:rPr>
          <w:lang w:val="it-IT"/>
        </w:rPr>
      </w:pPr>
      <w:r w:rsidRPr="00777222">
        <w:rPr>
          <w:lang w:val="it-IT"/>
        </w:rPr>
        <w:t xml:space="preserve">il ______________ frequentante </w:t>
      </w:r>
      <w:proofErr w:type="spellStart"/>
      <w:r w:rsidRPr="00777222">
        <w:rPr>
          <w:lang w:val="it-IT"/>
        </w:rPr>
        <w:t>nell’a.s.</w:t>
      </w:r>
      <w:proofErr w:type="spellEnd"/>
      <w:r w:rsidRPr="00777222">
        <w:rPr>
          <w:lang w:val="it-IT"/>
        </w:rPr>
        <w:t xml:space="preserve"> ______/______ la classe/sezione __________ della: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16"/>
        <w:gridCol w:w="2113"/>
        <w:gridCol w:w="2117"/>
        <w:gridCol w:w="1907"/>
        <w:gridCol w:w="2331"/>
      </w:tblGrid>
      <w:tr w:rsidR="0030785E" w14:paraId="6DDC60A3" w14:textId="77777777" w:rsidTr="00A36E38">
        <w:trPr>
          <w:trHeight w:val="484"/>
        </w:trPr>
        <w:tc>
          <w:tcPr>
            <w:tcW w:w="1000" w:type="pct"/>
          </w:tcPr>
          <w:p w14:paraId="0F2C2A7F" w14:textId="77777777" w:rsidR="0030785E" w:rsidRDefault="0030785E" w:rsidP="00A36E38">
            <w:pPr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INFANZIA</w:t>
            </w:r>
          </w:p>
          <w:p w14:paraId="2C670542" w14:textId="77777777" w:rsidR="0030785E" w:rsidRDefault="0030785E" w:rsidP="00A36E38">
            <w:pPr>
              <w:jc w:val="center"/>
            </w:pPr>
            <w:r>
              <w:t>“</w:t>
            </w:r>
            <w:proofErr w:type="spellStart"/>
            <w:r>
              <w:t>L.Rossi</w:t>
            </w:r>
            <w:proofErr w:type="spellEnd"/>
            <w:r>
              <w:t>”</w:t>
            </w:r>
          </w:p>
        </w:tc>
        <w:tc>
          <w:tcPr>
            <w:tcW w:w="998" w:type="pct"/>
          </w:tcPr>
          <w:p w14:paraId="07417485" w14:textId="77777777" w:rsidR="0030785E" w:rsidRDefault="0030785E" w:rsidP="00A36E38">
            <w:pPr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INFANZIA</w:t>
            </w:r>
          </w:p>
          <w:p w14:paraId="751FC6FD" w14:textId="77777777" w:rsidR="0030785E" w:rsidRDefault="0030785E" w:rsidP="00A36E38">
            <w:pPr>
              <w:jc w:val="center"/>
            </w:pPr>
            <w:r>
              <w:t xml:space="preserve">“M. </w:t>
            </w:r>
            <w:proofErr w:type="spellStart"/>
            <w:r>
              <w:t>Ventre</w:t>
            </w:r>
            <w:proofErr w:type="spellEnd"/>
            <w:r>
              <w:t>”</w:t>
            </w:r>
          </w:p>
        </w:tc>
        <w:tc>
          <w:tcPr>
            <w:tcW w:w="1000" w:type="pct"/>
          </w:tcPr>
          <w:p w14:paraId="5F21CC59" w14:textId="77777777" w:rsidR="0030785E" w:rsidRDefault="0030785E" w:rsidP="00A36E38">
            <w:pPr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INFANZIA</w:t>
            </w:r>
          </w:p>
          <w:p w14:paraId="2EA956AA" w14:textId="77777777" w:rsidR="0030785E" w:rsidRDefault="0030785E" w:rsidP="00A36E38">
            <w:pPr>
              <w:jc w:val="center"/>
              <w:rPr>
                <w:rFonts w:cstheme="minorHAnsi"/>
              </w:rPr>
            </w:pPr>
            <w:r>
              <w:t>“M.T.C. Calcutta”</w:t>
            </w:r>
          </w:p>
        </w:tc>
        <w:tc>
          <w:tcPr>
            <w:tcW w:w="901" w:type="pct"/>
          </w:tcPr>
          <w:p w14:paraId="316E738D" w14:textId="77777777" w:rsidR="0030785E" w:rsidRDefault="0030785E" w:rsidP="00A36E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□ PRIMARIA</w:t>
            </w:r>
          </w:p>
          <w:p w14:paraId="7553C01C" w14:textId="77777777" w:rsidR="0030785E" w:rsidRDefault="0030785E" w:rsidP="00A36E38">
            <w:pPr>
              <w:jc w:val="center"/>
            </w:pPr>
            <w:r>
              <w:rPr>
                <w:rFonts w:cstheme="minorHAnsi"/>
              </w:rPr>
              <w:t>“</w:t>
            </w:r>
            <w:proofErr w:type="spellStart"/>
            <w:r>
              <w:rPr>
                <w:rFonts w:cstheme="minorHAnsi"/>
              </w:rPr>
              <w:t>A.Moro</w:t>
            </w:r>
            <w:proofErr w:type="spellEnd"/>
            <w:r>
              <w:rPr>
                <w:rFonts w:cstheme="minorHAnsi"/>
              </w:rPr>
              <w:t>”</w:t>
            </w:r>
          </w:p>
        </w:tc>
        <w:tc>
          <w:tcPr>
            <w:tcW w:w="1101" w:type="pct"/>
          </w:tcPr>
          <w:p w14:paraId="28FDF4D9" w14:textId="77777777" w:rsidR="0030785E" w:rsidRDefault="0030785E" w:rsidP="00A36E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□ SECONDARIA</w:t>
            </w:r>
          </w:p>
          <w:p w14:paraId="31A6FA48" w14:textId="77777777" w:rsidR="0030785E" w:rsidRDefault="0030785E" w:rsidP="00A36E38">
            <w:pPr>
              <w:jc w:val="center"/>
            </w:pPr>
            <w:r>
              <w:t xml:space="preserve">“Don </w:t>
            </w:r>
            <w:proofErr w:type="spellStart"/>
            <w:r>
              <w:t>Tonino</w:t>
            </w:r>
            <w:proofErr w:type="spellEnd"/>
            <w:r>
              <w:t xml:space="preserve"> Bello”</w:t>
            </w:r>
          </w:p>
        </w:tc>
      </w:tr>
    </w:tbl>
    <w:p w14:paraId="3318870D" w14:textId="77777777" w:rsidR="00D34853" w:rsidRPr="00777222" w:rsidRDefault="0030785E" w:rsidP="0030785E">
      <w:pPr>
        <w:spacing w:before="120"/>
        <w:rPr>
          <w:lang w:val="it-IT"/>
        </w:rPr>
      </w:pPr>
      <w:r w:rsidRPr="00777222">
        <w:rPr>
          <w:lang w:val="it-IT"/>
        </w:rPr>
        <w:t>in relazione all’evento in oggetto avvenuto in data __________________</w:t>
      </w:r>
    </w:p>
    <w:p w14:paraId="4F01D4B7" w14:textId="77777777" w:rsidR="00D34853" w:rsidRPr="00777222" w:rsidRDefault="0030785E">
      <w:pPr>
        <w:jc w:val="center"/>
        <w:rPr>
          <w:lang w:val="it-IT"/>
        </w:rPr>
      </w:pPr>
      <w:r w:rsidRPr="00777222">
        <w:rPr>
          <w:b/>
          <w:lang w:val="it-IT"/>
        </w:rPr>
        <w:t>CHIEDONO</w:t>
      </w:r>
    </w:p>
    <w:p w14:paraId="144A45E7" w14:textId="77777777" w:rsidR="00D34853" w:rsidRPr="00777222" w:rsidRDefault="0030785E">
      <w:pPr>
        <w:rPr>
          <w:lang w:val="it-IT"/>
        </w:rPr>
      </w:pPr>
      <w:r w:rsidRPr="00777222">
        <w:rPr>
          <w:lang w:val="it-IT"/>
        </w:rPr>
        <w:t xml:space="preserve">che il proprio figlio/a possa essere riammesso/a </w:t>
      </w:r>
      <w:proofErr w:type="spellStart"/>
      <w:r w:rsidRPr="00777222">
        <w:rPr>
          <w:lang w:val="it-IT"/>
        </w:rPr>
        <w:t>a</w:t>
      </w:r>
      <w:proofErr w:type="spellEnd"/>
      <w:r w:rsidRPr="00777222">
        <w:rPr>
          <w:lang w:val="it-IT"/>
        </w:rPr>
        <w:t xml:space="preserve"> frequentare le lezioni.</w:t>
      </w:r>
    </w:p>
    <w:p w14:paraId="00686518" w14:textId="77777777" w:rsidR="00D34853" w:rsidRPr="00777222" w:rsidRDefault="0030785E">
      <w:pPr>
        <w:rPr>
          <w:lang w:val="it-IT"/>
        </w:rPr>
      </w:pPr>
      <w:r w:rsidRPr="00777222">
        <w:rPr>
          <w:lang w:val="it-IT"/>
        </w:rPr>
        <w:t>A tal fine allegano il certificato medico rilasciato dal med</w:t>
      </w:r>
      <w:r w:rsidRPr="00777222">
        <w:rPr>
          <w:lang w:val="it-IT"/>
        </w:rPr>
        <w:t>ico curante, comprovante l’idoneità alla frequenza nonostante l’evento in oggetto subito.</w:t>
      </w:r>
    </w:p>
    <w:p w14:paraId="3FFB09B5" w14:textId="77777777" w:rsidR="00D34853" w:rsidRPr="00777222" w:rsidRDefault="0030785E">
      <w:pPr>
        <w:rPr>
          <w:lang w:val="it-IT"/>
        </w:rPr>
      </w:pPr>
      <w:r w:rsidRPr="00777222">
        <w:rPr>
          <w:lang w:val="it-IT"/>
        </w:rPr>
        <w:t>Richiedono inoltre:</w:t>
      </w:r>
    </w:p>
    <w:p w14:paraId="1CB0433E" w14:textId="77777777" w:rsidR="00D34853" w:rsidRPr="00777222" w:rsidRDefault="0030785E">
      <w:pPr>
        <w:rPr>
          <w:lang w:val="it-IT"/>
        </w:rPr>
      </w:pPr>
      <w:proofErr w:type="gramStart"/>
      <w:r w:rsidRPr="00777222">
        <w:rPr>
          <w:lang w:val="it-IT"/>
        </w:rPr>
        <w:t>☐</w:t>
      </w:r>
      <w:r w:rsidRPr="00777222">
        <w:rPr>
          <w:lang w:val="it-IT"/>
        </w:rPr>
        <w:t xml:space="preserve">  l’esonero</w:t>
      </w:r>
      <w:proofErr w:type="gramEnd"/>
      <w:r w:rsidRPr="00777222">
        <w:rPr>
          <w:lang w:val="it-IT"/>
        </w:rPr>
        <w:t xml:space="preserve"> dalle lezioni pratiche di Alfabetizzazione Motoria/Educazione Fisica dal __________________ fino al __________________ come da certif</w:t>
      </w:r>
      <w:r w:rsidRPr="00777222">
        <w:rPr>
          <w:lang w:val="it-IT"/>
        </w:rPr>
        <w:t>icato medico allegato;</w:t>
      </w:r>
    </w:p>
    <w:p w14:paraId="31106543" w14:textId="77777777" w:rsidR="00D34853" w:rsidRPr="00777222" w:rsidRDefault="0030785E">
      <w:pPr>
        <w:rPr>
          <w:lang w:val="it-IT"/>
        </w:rPr>
      </w:pPr>
      <w:proofErr w:type="gramStart"/>
      <w:r w:rsidRPr="00777222">
        <w:rPr>
          <w:lang w:val="it-IT"/>
        </w:rPr>
        <w:t>☐</w:t>
      </w:r>
      <w:r w:rsidRPr="00777222">
        <w:rPr>
          <w:lang w:val="it-IT"/>
        </w:rPr>
        <w:t xml:space="preserve">  il</w:t>
      </w:r>
      <w:proofErr w:type="gramEnd"/>
      <w:r w:rsidRPr="00777222">
        <w:rPr>
          <w:lang w:val="it-IT"/>
        </w:rPr>
        <w:t xml:space="preserve"> permesso all’uso dell’ascensore per gli spostamenti all’interno dell’Istituto;</w:t>
      </w:r>
    </w:p>
    <w:p w14:paraId="5D09769B" w14:textId="77777777" w:rsidR="00D34853" w:rsidRPr="00777222" w:rsidRDefault="0030785E">
      <w:pPr>
        <w:rPr>
          <w:lang w:val="it-IT"/>
        </w:rPr>
      </w:pPr>
      <w:proofErr w:type="gramStart"/>
      <w:r w:rsidRPr="00777222">
        <w:rPr>
          <w:lang w:val="it-IT"/>
        </w:rPr>
        <w:t>☐</w:t>
      </w:r>
      <w:r w:rsidRPr="00777222">
        <w:rPr>
          <w:lang w:val="it-IT"/>
        </w:rPr>
        <w:t xml:space="preserve">  l’autorizzazione</w:t>
      </w:r>
      <w:proofErr w:type="gramEnd"/>
      <w:r w:rsidRPr="00777222">
        <w:rPr>
          <w:lang w:val="it-IT"/>
        </w:rPr>
        <w:t xml:space="preserve"> ad entrare alle ore ______________ fino al giorno ______________;</w:t>
      </w:r>
    </w:p>
    <w:p w14:paraId="4F180C26" w14:textId="77777777" w:rsidR="00D34853" w:rsidRPr="00777222" w:rsidRDefault="0030785E">
      <w:pPr>
        <w:rPr>
          <w:lang w:val="it-IT"/>
        </w:rPr>
      </w:pPr>
      <w:proofErr w:type="gramStart"/>
      <w:r w:rsidRPr="00777222">
        <w:rPr>
          <w:lang w:val="it-IT"/>
        </w:rPr>
        <w:t>☐</w:t>
      </w:r>
      <w:r w:rsidRPr="00777222">
        <w:rPr>
          <w:lang w:val="it-IT"/>
        </w:rPr>
        <w:t xml:space="preserve">  l’autorizzazione</w:t>
      </w:r>
      <w:proofErr w:type="gramEnd"/>
      <w:r w:rsidRPr="00777222">
        <w:rPr>
          <w:lang w:val="it-IT"/>
        </w:rPr>
        <w:t xml:space="preserve"> ad uscire alle ore ____________ fino al gi</w:t>
      </w:r>
      <w:r w:rsidRPr="00777222">
        <w:rPr>
          <w:lang w:val="it-IT"/>
        </w:rPr>
        <w:t>orno ______________ (l’alunno/a verrà prelevato dai genitori o persona da lui delegata ______________________________);</w:t>
      </w:r>
    </w:p>
    <w:p w14:paraId="6896E099" w14:textId="77777777" w:rsidR="00D34853" w:rsidRPr="00777222" w:rsidRDefault="0030785E">
      <w:pPr>
        <w:rPr>
          <w:lang w:val="it-IT"/>
        </w:rPr>
      </w:pPr>
      <w:proofErr w:type="gramStart"/>
      <w:r w:rsidRPr="00777222">
        <w:rPr>
          <w:lang w:val="it-IT"/>
        </w:rPr>
        <w:t>☐</w:t>
      </w:r>
      <w:r w:rsidRPr="00777222">
        <w:rPr>
          <w:lang w:val="it-IT"/>
        </w:rPr>
        <w:t xml:space="preserve">  l’autorizzazione</w:t>
      </w:r>
      <w:proofErr w:type="gramEnd"/>
      <w:r w:rsidRPr="00777222">
        <w:rPr>
          <w:lang w:val="it-IT"/>
        </w:rPr>
        <w:t xml:space="preserve"> all’ingresso con l’auto, 10 minuti dopo l’orario d’ingresso degli alunni e 10 minuti prima l’orario di uscita, onde </w:t>
      </w:r>
      <w:r w:rsidRPr="00777222">
        <w:rPr>
          <w:lang w:val="it-IT"/>
        </w:rPr>
        <w:t>evitare rischi di infortunio, per prelevare il proprio figlio (solo in caso di difficoltà di deambulazione).</w:t>
      </w:r>
    </w:p>
    <w:p w14:paraId="7F3342C4" w14:textId="4A7F4D4D" w:rsidR="00D34853" w:rsidRPr="00777222" w:rsidRDefault="0030785E">
      <w:pPr>
        <w:spacing w:after="140"/>
        <w:rPr>
          <w:lang w:val="it-IT"/>
        </w:rPr>
      </w:pPr>
      <w:r>
        <w:rPr>
          <w:lang w:val="it-IT"/>
        </w:rPr>
        <w:t>Rutigliano</w:t>
      </w:r>
      <w:r w:rsidRPr="00777222">
        <w:rPr>
          <w:lang w:val="it-IT"/>
        </w:rPr>
        <w:t>, __________________</w:t>
      </w:r>
    </w:p>
    <w:p w14:paraId="6C955CB3" w14:textId="77777777" w:rsidR="00D34853" w:rsidRPr="00777222" w:rsidRDefault="0030785E">
      <w:pPr>
        <w:spacing w:after="180"/>
        <w:jc w:val="right"/>
        <w:rPr>
          <w:lang w:val="it-IT"/>
        </w:rPr>
      </w:pPr>
      <w:r w:rsidRPr="00777222">
        <w:rPr>
          <w:lang w:val="it-IT"/>
        </w:rPr>
        <w:t>Firma __________________________________</w:t>
      </w:r>
      <w:r w:rsidRPr="00777222">
        <w:rPr>
          <w:lang w:val="it-IT"/>
        </w:rPr>
        <w:br/>
      </w:r>
      <w:r w:rsidRPr="00777222">
        <w:rPr>
          <w:lang w:val="it-IT"/>
        </w:rPr>
        <w:br/>
      </w:r>
      <w:proofErr w:type="spellStart"/>
      <w:r w:rsidRPr="00777222">
        <w:rPr>
          <w:lang w:val="it-IT"/>
        </w:rPr>
        <w:t>Firma</w:t>
      </w:r>
      <w:proofErr w:type="spellEnd"/>
      <w:r w:rsidRPr="00777222">
        <w:rPr>
          <w:lang w:val="it-IT"/>
        </w:rPr>
        <w:t xml:space="preserve"> 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D34853" w:rsidRPr="00777222" w14:paraId="33104D51" w14:textId="77777777">
        <w:tc>
          <w:tcPr>
            <w:tcW w:w="10368" w:type="dxa"/>
          </w:tcPr>
          <w:p w14:paraId="391236D7" w14:textId="77777777" w:rsidR="00D34853" w:rsidRPr="00777222" w:rsidRDefault="0030785E">
            <w:pPr>
              <w:spacing w:after="80"/>
              <w:rPr>
                <w:lang w:val="it-IT"/>
              </w:rPr>
            </w:pPr>
            <w:r w:rsidRPr="00777222">
              <w:rPr>
                <w:b/>
                <w:sz w:val="20"/>
                <w:lang w:val="it-IT"/>
              </w:rPr>
              <w:t>“Il sottoscritto, consapevole delle</w:t>
            </w:r>
            <w:r w:rsidRPr="00777222">
              <w:rPr>
                <w:b/>
                <w:sz w:val="20"/>
                <w:lang w:val="it-IT"/>
              </w:rPr>
              <w:t xml:space="preserve"> conseguenze amministrative e penali per chi rilasci dichiarazioni non corrispondenti a verità, ai sensi del DPR 245/2000, dichiara di aver effettuato la scelta/richiesta in osservanza delle disposizioni sulla responsabilità genitoriale di cui agli artt. 3</w:t>
            </w:r>
            <w:r w:rsidRPr="00777222">
              <w:rPr>
                <w:b/>
                <w:sz w:val="20"/>
                <w:lang w:val="it-IT"/>
              </w:rPr>
              <w:t>16, 337 ter e 337 quater del codice civile, che richiedono il consenso di entrambi i genitori”.</w:t>
            </w:r>
          </w:p>
          <w:p w14:paraId="0ACE9AAB" w14:textId="7E6F20FF" w:rsidR="00D34853" w:rsidRPr="00777222" w:rsidRDefault="0030785E">
            <w:pPr>
              <w:spacing w:after="40"/>
              <w:rPr>
                <w:lang w:val="it-IT"/>
              </w:rPr>
            </w:pPr>
            <w:r>
              <w:rPr>
                <w:lang w:val="it-IT"/>
              </w:rPr>
              <w:t>Rutigliano</w:t>
            </w:r>
            <w:r w:rsidRPr="00777222">
              <w:rPr>
                <w:lang w:val="it-IT"/>
              </w:rPr>
              <w:t>, __________________     Firma __________________________________</w:t>
            </w:r>
          </w:p>
        </w:tc>
      </w:tr>
    </w:tbl>
    <w:p w14:paraId="1372E2F0" w14:textId="77777777" w:rsidR="00D34853" w:rsidRPr="00777222" w:rsidRDefault="00D34853">
      <w:pPr>
        <w:spacing w:after="60"/>
        <w:rPr>
          <w:lang w:val="it-IT"/>
        </w:rPr>
      </w:pPr>
    </w:p>
    <w:p w14:paraId="3978C1BE" w14:textId="77777777" w:rsidR="00D34853" w:rsidRPr="00777222" w:rsidRDefault="0030785E">
      <w:pPr>
        <w:rPr>
          <w:lang w:val="it-IT"/>
        </w:rPr>
      </w:pPr>
      <w:r w:rsidRPr="00777222">
        <w:rPr>
          <w:lang w:val="it-IT"/>
        </w:rPr>
        <w:t>VISTO, si co</w:t>
      </w:r>
      <w:bookmarkStart w:id="0" w:name="_GoBack"/>
      <w:bookmarkEnd w:id="0"/>
      <w:r w:rsidRPr="00777222">
        <w:rPr>
          <w:lang w:val="it-IT"/>
        </w:rPr>
        <w:t>ncede</w:t>
      </w:r>
    </w:p>
    <w:p w14:paraId="68AD6479" w14:textId="77777777" w:rsidR="00D34853" w:rsidRPr="00777222" w:rsidRDefault="0030785E">
      <w:pPr>
        <w:jc w:val="right"/>
        <w:rPr>
          <w:lang w:val="it-IT"/>
        </w:rPr>
      </w:pPr>
      <w:r w:rsidRPr="00777222">
        <w:rPr>
          <w:lang w:val="it-IT"/>
        </w:rPr>
        <w:t>Il Dirigente Scolastico</w:t>
      </w:r>
      <w:r w:rsidRPr="00777222">
        <w:rPr>
          <w:lang w:val="it-IT"/>
        </w:rPr>
        <w:br/>
      </w:r>
      <w:r w:rsidRPr="00777222">
        <w:rPr>
          <w:lang w:val="it-IT"/>
        </w:rPr>
        <w:br/>
        <w:t>Dott.ssa Ermelinda Rita Fasano</w:t>
      </w:r>
    </w:p>
    <w:sectPr w:rsidR="00D34853" w:rsidRPr="00777222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785E"/>
    <w:rsid w:val="00326F90"/>
    <w:rsid w:val="00777222"/>
    <w:rsid w:val="00AA1D8D"/>
    <w:rsid w:val="00AB522D"/>
    <w:rsid w:val="00B47730"/>
    <w:rsid w:val="00CB0664"/>
    <w:rsid w:val="00D34853"/>
    <w:rsid w:val="00E13C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84D38"/>
  <w14:defaultImageDpi w14:val="300"/>
  <w15:docId w15:val="{B9F9ED44-59B7-4A4A-9678-653E05FF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 w:line="240" w:lineRule="auto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8D703A-6DE6-460F-A237-6098D6F1C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1958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chiaritoanna@gmail.com</cp:lastModifiedBy>
  <cp:revision>4</cp:revision>
  <dcterms:created xsi:type="dcterms:W3CDTF">2013-12-23T23:15:00Z</dcterms:created>
  <dcterms:modified xsi:type="dcterms:W3CDTF">2026-09-29T15:55:00Z</dcterms:modified>
  <cp:category/>
</cp:coreProperties>
</file>